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C225B" w14:textId="77777777" w:rsidR="00E353DF" w:rsidRDefault="00000000">
      <w:pPr>
        <w:pStyle w:val="Title"/>
      </w:pPr>
      <w:r>
        <w:t>{{ project.name }}</w:t>
      </w:r>
    </w:p>
    <w:p w14:paraId="668EE61B" w14:textId="77777777" w:rsidR="00E353DF" w:rsidRDefault="00000000">
      <w:r>
        <w:t>Code: {{ project.code }}   Version: {{ project.version }}   Vendor: {{ project.vendor }}</w:t>
      </w:r>
    </w:p>
    <w:p w14:paraId="131E8CFA" w14:textId="77777777" w:rsidR="00E353DF" w:rsidRDefault="00000000">
      <w:r>
        <w:t>{{ project.description }}</w:t>
      </w:r>
    </w:p>
    <w:p w14:paraId="16130D44" w14:textId="77777777" w:rsidR="00E353DF" w:rsidRDefault="00000000">
      <w:pPr>
        <w:pStyle w:val="Heading1"/>
      </w:pPr>
      <w:r>
        <w:t>Stakeholders</w:t>
      </w:r>
    </w:p>
    <w:p w14:paraId="73F0B740" w14:textId="77777777" w:rsidR="00E353DF" w:rsidRDefault="00000000">
      <w:r>
        <w:t>{%p for s in stakeholders %}</w:t>
      </w:r>
    </w:p>
    <w:p w14:paraId="74B31260" w14:textId="77777777" w:rsidR="00E353DF" w:rsidRDefault="00000000">
      <w:pPr>
        <w:pStyle w:val="ListBullet"/>
      </w:pPr>
      <w:r>
        <w:t>{{ s.title }} ({{ s.type }}){% if s.description %} - {{ s.description }}{% endif %}</w:t>
      </w:r>
    </w:p>
    <w:p w14:paraId="14D4DE18" w14:textId="77777777" w:rsidR="00E353DF" w:rsidRDefault="00000000">
      <w:r>
        <w:t>{%p else %}</w:t>
      </w:r>
    </w:p>
    <w:p w14:paraId="455903E1" w14:textId="77777777" w:rsidR="00E353DF" w:rsidRDefault="00000000">
      <w:r>
        <w:t>None defined.</w:t>
      </w:r>
    </w:p>
    <w:p w14:paraId="02F69B52" w14:textId="77777777" w:rsidR="00E353DF" w:rsidRDefault="00000000">
      <w:r>
        <w:t>{%p endfor %}</w:t>
      </w:r>
    </w:p>
    <w:p w14:paraId="49B13E54" w14:textId="77777777" w:rsidR="00E353DF" w:rsidRDefault="00000000">
      <w:pPr>
        <w:pStyle w:val="Heading1"/>
      </w:pPr>
      <w:r>
        <w:t>Actors</w:t>
      </w:r>
    </w:p>
    <w:p w14:paraId="2FB0F66F" w14:textId="77777777" w:rsidR="00E353DF" w:rsidRDefault="00000000">
      <w:r>
        <w:t>{%p for a in actors %}</w:t>
      </w:r>
    </w:p>
    <w:p w14:paraId="32EAC99B" w14:textId="77777777" w:rsidR="00E353DF" w:rsidRDefault="00000000">
      <w:pPr>
        <w:pStyle w:val="ListBullet"/>
      </w:pPr>
      <w:r>
        <w:t>{{ a.title }}{% if a.stakeholder %} - stakeholder: {{ a.stakeholder.title }}{% endif %}</w:t>
      </w:r>
    </w:p>
    <w:p w14:paraId="74450B82" w14:textId="77777777" w:rsidR="00E353DF" w:rsidRDefault="00000000">
      <w:r>
        <w:t>{%p else %}</w:t>
      </w:r>
    </w:p>
    <w:p w14:paraId="17D77004" w14:textId="77777777" w:rsidR="00E353DF" w:rsidRDefault="00000000">
      <w:r>
        <w:t>None defined.</w:t>
      </w:r>
    </w:p>
    <w:p w14:paraId="3EF1119C" w14:textId="77777777" w:rsidR="00E353DF" w:rsidRDefault="00000000">
      <w:r>
        <w:t>{%p endfor %}</w:t>
      </w:r>
    </w:p>
    <w:p w14:paraId="413D6470" w14:textId="77777777" w:rsidR="00E353DF" w:rsidRDefault="00000000">
      <w:pPr>
        <w:pStyle w:val="Heading1"/>
      </w:pPr>
      <w:r>
        <w:t>Goals</w:t>
      </w:r>
    </w:p>
    <w:p w14:paraId="6B430390" w14:textId="77777777" w:rsidR="00E353DF" w:rsidRDefault="00000000">
      <w:r>
        <w:t>{%p for g in goals %}</w:t>
      </w:r>
    </w:p>
    <w:p w14:paraId="04EC9437" w14:textId="77777777" w:rsidR="00E353DF" w:rsidRDefault="00000000">
      <w:pPr>
        <w:pStyle w:val="ListNumber"/>
      </w:pPr>
      <w:r>
        <w:t>{{ g.id }} - {{ g.title }}{% if g.priority %} [{{ g.priority }}]{% endif %}: {{ g.description }}</w:t>
      </w:r>
    </w:p>
    <w:p w14:paraId="02FEC0D9" w14:textId="77777777" w:rsidR="00E353DF" w:rsidRDefault="00000000">
      <w:r>
        <w:t>{%p else %}</w:t>
      </w:r>
    </w:p>
    <w:p w14:paraId="02390786" w14:textId="77777777" w:rsidR="00E353DF" w:rsidRDefault="00000000">
      <w:r>
        <w:t>None defined.</w:t>
      </w:r>
    </w:p>
    <w:p w14:paraId="60E2461E" w14:textId="77777777" w:rsidR="00E353DF" w:rsidRDefault="00000000">
      <w:r>
        <w:t>{%p endfor %}</w:t>
      </w:r>
    </w:p>
    <w:p w14:paraId="63A8E4B4" w14:textId="77777777" w:rsidR="00E353DF" w:rsidRDefault="00000000">
      <w:pPr>
        <w:pStyle w:val="Heading1"/>
      </w:pPr>
      <w:r>
        <w:t>Functional Requirements</w:t>
      </w:r>
    </w:p>
    <w:p w14:paraId="615AB098" w14:textId="77777777" w:rsidR="00E353DF" w:rsidRDefault="00000000">
      <w:r>
        <w:t>{%p for r in functional_requirements %}</w:t>
      </w:r>
    </w:p>
    <w:p w14:paraId="6F35A3F0" w14:textId="77777777" w:rsidR="00E353DF" w:rsidRDefault="00000000">
      <w:pPr>
        <w:pStyle w:val="ListNumber"/>
      </w:pPr>
      <w:r>
        <w:lastRenderedPageBreak/>
        <w:t>{{ r.id }} - {{ r.title }}{% if r.priority %} [{{ r.priority }}]{% endif %}{% if r.description %}: {{ r.description }}{% endif %}</w:t>
      </w:r>
    </w:p>
    <w:p w14:paraId="77DF1D87" w14:textId="77777777" w:rsidR="00E353DF" w:rsidRDefault="00000000">
      <w:r>
        <w:t>{%p else %}</w:t>
      </w:r>
    </w:p>
    <w:p w14:paraId="457CC140" w14:textId="77777777" w:rsidR="00E353DF" w:rsidRDefault="00000000">
      <w:r>
        <w:t>None defined.</w:t>
      </w:r>
    </w:p>
    <w:p w14:paraId="5E0E7BCE" w14:textId="77777777" w:rsidR="00E353DF" w:rsidRDefault="00000000">
      <w:r>
        <w:t>{%p endfor %}</w:t>
      </w:r>
    </w:p>
    <w:p w14:paraId="6CB07995" w14:textId="77777777" w:rsidR="00E353DF" w:rsidRDefault="00000000">
      <w:pPr>
        <w:pStyle w:val="Heading1"/>
      </w:pPr>
      <w:r>
        <w:t>Quality Requirements</w:t>
      </w:r>
    </w:p>
    <w:p w14:paraId="49352A9C" w14:textId="77777777" w:rsidR="00E353DF" w:rsidRDefault="00000000">
      <w:r>
        <w:t>{%p for q in quality_requirements %}</w:t>
      </w:r>
    </w:p>
    <w:p w14:paraId="17B088A7" w14:textId="77777777" w:rsidR="00E353DF" w:rsidRDefault="00000000">
      <w:pPr>
        <w:pStyle w:val="ListNumber"/>
      </w:pPr>
      <w:r>
        <w:t>{{ q.id }} - {{ q.title }}{% if q.priority %} [{{ q.priority }}]{% endif %}: {{ q.description }}</w:t>
      </w:r>
    </w:p>
    <w:p w14:paraId="6A772A4F" w14:textId="77777777" w:rsidR="00E353DF" w:rsidRDefault="00000000">
      <w:r>
        <w:t>{%p else %}</w:t>
      </w:r>
    </w:p>
    <w:p w14:paraId="789F0903" w14:textId="77777777" w:rsidR="00E353DF" w:rsidRDefault="00000000">
      <w:r>
        <w:t>None defined.</w:t>
      </w:r>
    </w:p>
    <w:p w14:paraId="0829C303" w14:textId="77777777" w:rsidR="00E353DF" w:rsidRDefault="00000000">
      <w:r>
        <w:t>{%p endfor %}</w:t>
      </w:r>
    </w:p>
    <w:p w14:paraId="452AF493" w14:textId="77777777" w:rsidR="00E353DF" w:rsidRDefault="00000000">
      <w:pPr>
        <w:pStyle w:val="Heading1"/>
      </w:pPr>
      <w:r>
        <w:t>Project Constraints (sorted by title)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67"/>
        <w:gridCol w:w="859"/>
        <w:gridCol w:w="1166"/>
        <w:gridCol w:w="1898"/>
        <w:gridCol w:w="1466"/>
      </w:tblGrid>
      <w:tr w:rsidR="00E353DF" w14:paraId="71A688DE" w14:textId="77777777">
        <w:tc>
          <w:tcPr>
            <w:tcW w:w="1728" w:type="dxa"/>
          </w:tcPr>
          <w:p w14:paraId="1BF584DF" w14:textId="77777777" w:rsidR="00E353DF" w:rsidRDefault="00000000">
            <w:r>
              <w:t>ID</w:t>
            </w:r>
          </w:p>
        </w:tc>
        <w:tc>
          <w:tcPr>
            <w:tcW w:w="1728" w:type="dxa"/>
          </w:tcPr>
          <w:p w14:paraId="34F70DD8" w14:textId="77777777" w:rsidR="00E353DF" w:rsidRDefault="00000000">
            <w:r>
              <w:t>Title</w:t>
            </w:r>
          </w:p>
        </w:tc>
        <w:tc>
          <w:tcPr>
            <w:tcW w:w="1728" w:type="dxa"/>
          </w:tcPr>
          <w:p w14:paraId="04DADF1B" w14:textId="77777777" w:rsidR="00E353DF" w:rsidRDefault="00000000">
            <w:r>
              <w:t>Priority</w:t>
            </w:r>
          </w:p>
        </w:tc>
        <w:tc>
          <w:tcPr>
            <w:tcW w:w="1728" w:type="dxa"/>
          </w:tcPr>
          <w:p w14:paraId="5BADB4CC" w14:textId="77777777" w:rsidR="00E353DF" w:rsidRDefault="00000000">
            <w:r>
              <w:t>Stakeholder</w:t>
            </w:r>
          </w:p>
        </w:tc>
        <w:tc>
          <w:tcPr>
            <w:tcW w:w="1728" w:type="dxa"/>
          </w:tcPr>
          <w:p w14:paraId="31FDD379" w14:textId="77777777" w:rsidR="00E353DF" w:rsidRDefault="00000000">
            <w:r>
              <w:t>Description</w:t>
            </w:r>
          </w:p>
        </w:tc>
      </w:tr>
      <w:tr w:rsidR="00E353DF" w14:paraId="4FDBCC82" w14:textId="77777777">
        <w:tc>
          <w:tcPr>
            <w:tcW w:w="1728" w:type="dxa"/>
          </w:tcPr>
          <w:p w14:paraId="1CDDAA88" w14:textId="77777777" w:rsidR="00E353DF" w:rsidRDefault="00000000">
            <w:r>
              <w:t>{%tr for c in constraints | selectattr('type','equalto','Project') | sort(attribute='title') %}</w:t>
            </w:r>
          </w:p>
        </w:tc>
        <w:tc>
          <w:tcPr>
            <w:tcW w:w="1728" w:type="dxa"/>
          </w:tcPr>
          <w:p w14:paraId="7EE3DCDF" w14:textId="77777777" w:rsidR="00E353DF" w:rsidRDefault="00E353DF"/>
        </w:tc>
        <w:tc>
          <w:tcPr>
            <w:tcW w:w="1728" w:type="dxa"/>
          </w:tcPr>
          <w:p w14:paraId="069D636E" w14:textId="77777777" w:rsidR="00E353DF" w:rsidRDefault="00E353DF"/>
        </w:tc>
        <w:tc>
          <w:tcPr>
            <w:tcW w:w="1728" w:type="dxa"/>
          </w:tcPr>
          <w:p w14:paraId="5EFC35B8" w14:textId="77777777" w:rsidR="00E353DF" w:rsidRDefault="00E353DF"/>
        </w:tc>
        <w:tc>
          <w:tcPr>
            <w:tcW w:w="1728" w:type="dxa"/>
          </w:tcPr>
          <w:p w14:paraId="0CA5CDFB" w14:textId="77777777" w:rsidR="00E353DF" w:rsidRDefault="00E353DF"/>
        </w:tc>
      </w:tr>
      <w:tr w:rsidR="00E353DF" w14:paraId="1E916367" w14:textId="77777777">
        <w:tc>
          <w:tcPr>
            <w:tcW w:w="1728" w:type="dxa"/>
          </w:tcPr>
          <w:p w14:paraId="3E416527" w14:textId="77777777" w:rsidR="00E353DF" w:rsidRDefault="00000000">
            <w:r>
              <w:t>{{ c.id }}</w:t>
            </w:r>
          </w:p>
        </w:tc>
        <w:tc>
          <w:tcPr>
            <w:tcW w:w="1728" w:type="dxa"/>
          </w:tcPr>
          <w:p w14:paraId="6DD25F68" w14:textId="77777777" w:rsidR="00E353DF" w:rsidRDefault="00000000">
            <w:r>
              <w:t>{{ c.title }}</w:t>
            </w:r>
          </w:p>
        </w:tc>
        <w:tc>
          <w:tcPr>
            <w:tcW w:w="1728" w:type="dxa"/>
          </w:tcPr>
          <w:p w14:paraId="3AA31B9B" w14:textId="77777777" w:rsidR="00E353DF" w:rsidRDefault="00000000">
            <w:r>
              <w:t>{% if c.priority %}{{ c.priority }}{% endif %}</w:t>
            </w:r>
          </w:p>
        </w:tc>
        <w:tc>
          <w:tcPr>
            <w:tcW w:w="1728" w:type="dxa"/>
          </w:tcPr>
          <w:p w14:paraId="1E66E8D8" w14:textId="77777777" w:rsidR="00E353DF" w:rsidRDefault="00000000">
            <w:r>
              <w:t>{{ c.stakeholder.title }}</w:t>
            </w:r>
          </w:p>
        </w:tc>
        <w:tc>
          <w:tcPr>
            <w:tcW w:w="1728" w:type="dxa"/>
          </w:tcPr>
          <w:p w14:paraId="6CFF70A5" w14:textId="77777777" w:rsidR="00E353DF" w:rsidRDefault="00000000">
            <w:r>
              <w:t>{% if c.description %}{{ c.description }}{% endif %}</w:t>
            </w:r>
          </w:p>
        </w:tc>
      </w:tr>
      <w:tr w:rsidR="00E353DF" w14:paraId="72982ADD" w14:textId="77777777">
        <w:tc>
          <w:tcPr>
            <w:tcW w:w="1728" w:type="dxa"/>
          </w:tcPr>
          <w:p w14:paraId="4A9F2AD4" w14:textId="77777777" w:rsidR="00E353DF" w:rsidRDefault="00000000">
            <w:r>
              <w:t>{%tr endfor %}</w:t>
            </w:r>
          </w:p>
        </w:tc>
        <w:tc>
          <w:tcPr>
            <w:tcW w:w="1728" w:type="dxa"/>
          </w:tcPr>
          <w:p w14:paraId="573ADAA2" w14:textId="77777777" w:rsidR="00E353DF" w:rsidRDefault="00E353DF"/>
        </w:tc>
        <w:tc>
          <w:tcPr>
            <w:tcW w:w="1728" w:type="dxa"/>
          </w:tcPr>
          <w:p w14:paraId="07E26DF8" w14:textId="77777777" w:rsidR="00E353DF" w:rsidRDefault="00E353DF"/>
        </w:tc>
        <w:tc>
          <w:tcPr>
            <w:tcW w:w="1728" w:type="dxa"/>
          </w:tcPr>
          <w:p w14:paraId="14A172E7" w14:textId="77777777" w:rsidR="00E353DF" w:rsidRDefault="00E353DF"/>
        </w:tc>
        <w:tc>
          <w:tcPr>
            <w:tcW w:w="1728" w:type="dxa"/>
          </w:tcPr>
          <w:p w14:paraId="10C1B70D" w14:textId="77777777" w:rsidR="00E353DF" w:rsidRDefault="00E353DF"/>
        </w:tc>
      </w:tr>
    </w:tbl>
    <w:p w14:paraId="52B14284" w14:textId="77777777" w:rsidR="00E353DF" w:rsidRDefault="00000000">
      <w:pPr>
        <w:pStyle w:val="Heading1"/>
      </w:pPr>
      <w:r>
        <w:t>Use Cases</w:t>
      </w:r>
    </w:p>
    <w:p w14:paraId="7551A0E2" w14:textId="5B844CEA" w:rsidR="00E353DF" w:rsidRDefault="00000000">
      <w:r>
        <w:t xml:space="preserve">{%p for </w:t>
      </w:r>
      <w:proofErr w:type="spellStart"/>
      <w:r>
        <w:t>uc</w:t>
      </w:r>
      <w:proofErr w:type="spellEnd"/>
      <w:r>
        <w:t xml:space="preserve"> in </w:t>
      </w:r>
      <w:proofErr w:type="spellStart"/>
      <w:r>
        <w:t>use_cases</w:t>
      </w:r>
      <w:proofErr w:type="spellEnd"/>
      <w:r>
        <w:t xml:space="preserve"> </w:t>
      </w:r>
      <w:r w:rsidR="00632501">
        <w:t>| sort(attribute='</w:t>
      </w:r>
      <w:r w:rsidR="00632501">
        <w:t>id</w:t>
      </w:r>
      <w:r w:rsidR="00632501">
        <w:t>')</w:t>
      </w:r>
      <w:r w:rsidR="00632501">
        <w:t xml:space="preserve"> </w:t>
      </w:r>
      <w:r>
        <w:t>%}</w:t>
      </w:r>
    </w:p>
    <w:p w14:paraId="5796039F" w14:textId="219EDF01" w:rsidR="00E353DF" w:rsidRPr="00C8170B" w:rsidRDefault="00000000">
      <w:pPr>
        <w:rPr>
          <w:b/>
          <w:bCs/>
          <w:sz w:val="24"/>
          <w:szCs w:val="24"/>
        </w:rPr>
      </w:pPr>
      <w:r w:rsidRPr="00C8170B">
        <w:rPr>
          <w:b/>
          <w:bCs/>
          <w:sz w:val="24"/>
          <w:szCs w:val="24"/>
        </w:rPr>
        <w:t>{{ uc.title }}</w:t>
      </w:r>
      <w:r w:rsidR="00C8170B" w:rsidRPr="00C8170B">
        <w:rPr>
          <w:b/>
          <w:bCs/>
          <w:sz w:val="24"/>
          <w:szCs w:val="24"/>
        </w:rPr>
        <w:t xml:space="preserve"> (</w:t>
      </w:r>
      <w:r w:rsidR="00C8170B" w:rsidRPr="00C8170B">
        <w:rPr>
          <w:b/>
          <w:bCs/>
          <w:sz w:val="24"/>
          <w:szCs w:val="24"/>
        </w:rPr>
        <w:t>{{ uc.id }}</w:t>
      </w:r>
      <w:r w:rsidR="00C8170B" w:rsidRPr="00C8170B">
        <w:rPr>
          <w:b/>
          <w:bCs/>
          <w:sz w:val="24"/>
          <w:szCs w:val="24"/>
        </w:rPr>
        <w:t>)</w:t>
      </w:r>
    </w:p>
    <w:p w14:paraId="3115DEFA" w14:textId="77777777" w:rsidR="00E353DF" w:rsidRDefault="00000000">
      <w:r>
        <w:t>Primary actor: {{ uc.primaryActor.title }}</w:t>
      </w:r>
    </w:p>
    <w:p w14:paraId="2F17EC19" w14:textId="77777777" w:rsidR="00E353DF" w:rsidRDefault="00000000">
      <w:r>
        <w:t>{%p if uc.precondition %}</w:t>
      </w:r>
    </w:p>
    <w:p w14:paraId="43C9354D" w14:textId="77777777" w:rsidR="00E353DF" w:rsidRDefault="00000000">
      <w:r>
        <w:t>Precondition: {{ uc.precondition }}</w:t>
      </w:r>
    </w:p>
    <w:p w14:paraId="190EA9FC" w14:textId="77777777" w:rsidR="00E353DF" w:rsidRDefault="00000000">
      <w:r>
        <w:t>{%p endif %}</w:t>
      </w:r>
    </w:p>
    <w:p w14:paraId="629BE84F" w14:textId="77777777" w:rsidR="00E353DF" w:rsidRDefault="00000000">
      <w:r>
        <w:lastRenderedPageBreak/>
        <w:t>{%p if uc.postcondition %}</w:t>
      </w:r>
    </w:p>
    <w:p w14:paraId="122C0EA5" w14:textId="77777777" w:rsidR="00E353DF" w:rsidRDefault="00000000">
      <w:r>
        <w:t>Postcondition: {{ uc.postcondition }}</w:t>
      </w:r>
    </w:p>
    <w:p w14:paraId="3F3A91A7" w14:textId="77777777" w:rsidR="00E353DF" w:rsidRDefault="00000000">
      <w:r>
        <w:t>{%p endif %}</w:t>
      </w:r>
    </w:p>
    <w:p w14:paraId="44F298F9" w14:textId="77777777" w:rsidR="00E353DF" w:rsidRDefault="00000000">
      <w:r>
        <w:t>{{ uc.description }}</w:t>
      </w:r>
    </w:p>
    <w:p w14:paraId="29E3521D" w14:textId="77777777" w:rsidR="00E353DF" w:rsidRDefault="00000000">
      <w:r>
        <w:t>{%p else %}</w:t>
      </w:r>
    </w:p>
    <w:p w14:paraId="10D1EB38" w14:textId="77777777" w:rsidR="00E353DF" w:rsidRDefault="00000000">
      <w:r>
        <w:t>None defined.</w:t>
      </w:r>
    </w:p>
    <w:p w14:paraId="60397E29" w14:textId="77777777" w:rsidR="00E353DF" w:rsidRDefault="00000000">
      <w:r>
        <w:t>{%p endfor %}</w:t>
      </w:r>
    </w:p>
    <w:p w14:paraId="18A9DB4A" w14:textId="77777777" w:rsidR="00E353DF" w:rsidRDefault="00000000">
      <w:pPr>
        <w:pStyle w:val="Heading1"/>
      </w:pPr>
      <w:r>
        <w:t>Glossary</w:t>
      </w:r>
    </w:p>
    <w:p w14:paraId="474E6B0B" w14:textId="77777777" w:rsidR="00E353DF" w:rsidRDefault="00000000">
      <w:r>
        <w:t>{%p for t in glossary %}</w:t>
      </w:r>
    </w:p>
    <w:p w14:paraId="266D5193" w14:textId="77777777" w:rsidR="00E353DF" w:rsidRDefault="00000000">
      <w:pPr>
        <w:pStyle w:val="ListBullet"/>
      </w:pPr>
      <w:r>
        <w:t>{{ t.title }}{% if t.acronym %} ({{ t.acronym }}){% endif %}: {{ t.description }}</w:t>
      </w:r>
    </w:p>
    <w:p w14:paraId="4ADF404E" w14:textId="77777777" w:rsidR="00E353DF" w:rsidRDefault="00000000">
      <w:r>
        <w:t>{%p else %}</w:t>
      </w:r>
    </w:p>
    <w:p w14:paraId="71B2CA3F" w14:textId="77777777" w:rsidR="00E353DF" w:rsidRDefault="00000000">
      <w:r>
        <w:t>None defined.</w:t>
      </w:r>
    </w:p>
    <w:p w14:paraId="7305D1E3" w14:textId="77777777" w:rsidR="00E353DF" w:rsidRDefault="00000000">
      <w:r>
        <w:t>{%p endfor %}</w:t>
      </w:r>
    </w:p>
    <w:sectPr w:rsidR="00E353D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06111107">
    <w:abstractNumId w:val="8"/>
  </w:num>
  <w:num w:numId="2" w16cid:durableId="527185172">
    <w:abstractNumId w:val="6"/>
  </w:num>
  <w:num w:numId="3" w16cid:durableId="1513717659">
    <w:abstractNumId w:val="5"/>
  </w:num>
  <w:num w:numId="4" w16cid:durableId="476921605">
    <w:abstractNumId w:val="4"/>
  </w:num>
  <w:num w:numId="5" w16cid:durableId="1399207298">
    <w:abstractNumId w:val="7"/>
  </w:num>
  <w:num w:numId="6" w16cid:durableId="641234013">
    <w:abstractNumId w:val="3"/>
  </w:num>
  <w:num w:numId="7" w16cid:durableId="1788237759">
    <w:abstractNumId w:val="2"/>
  </w:num>
  <w:num w:numId="8" w16cid:durableId="1085414712">
    <w:abstractNumId w:val="1"/>
  </w:num>
  <w:num w:numId="9" w16cid:durableId="1376781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32501"/>
    <w:rsid w:val="00AA1D8D"/>
    <w:rsid w:val="00B47730"/>
    <w:rsid w:val="00BB3489"/>
    <w:rsid w:val="00C8170B"/>
    <w:rsid w:val="00CB0664"/>
    <w:rsid w:val="00E353D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E929D0"/>
  <w14:defaultImageDpi w14:val="300"/>
  <w15:docId w15:val="{00A8F1B7-4573-43FC-880A-2570E8215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alberto silva</cp:lastModifiedBy>
  <cp:revision>3</cp:revision>
  <dcterms:created xsi:type="dcterms:W3CDTF">2013-12-23T23:15:00Z</dcterms:created>
  <dcterms:modified xsi:type="dcterms:W3CDTF">2026-06-23T11:15:00Z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3f92089b-5765-4808-84e9-0cf41299dec7</vt:lpwstr>
  </property>
</Properties>
</file>