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A8DE" w14:textId="77777777" w:rsidR="008D0106" w:rsidRDefault="00000000">
      <w:pPr>
        <w:pStyle w:val="Title"/>
      </w:pPr>
      <w:r>
        <w:t>{{ project.name }}</w:t>
      </w:r>
    </w:p>
    <w:p w14:paraId="6D0F1AF2" w14:textId="77777777" w:rsidR="008D0106" w:rsidRDefault="00000000">
      <w:r>
        <w:rPr>
          <w:b/>
        </w:rPr>
        <w:t xml:space="preserve">Code: </w:t>
      </w:r>
      <w:r>
        <w:t>{{ project.code }}</w:t>
      </w:r>
      <w:r>
        <w:rPr>
          <w:b/>
        </w:rPr>
        <w:t xml:space="preserve">   Version: </w:t>
      </w:r>
      <w:r>
        <w:t>{{ project.version }}</w:t>
      </w:r>
      <w:r>
        <w:rPr>
          <w:b/>
        </w:rPr>
        <w:t xml:space="preserve">   Vendor: </w:t>
      </w:r>
      <w:r>
        <w:t>{{ project.vendor }}</w:t>
      </w:r>
    </w:p>
    <w:p w14:paraId="7789AEFF" w14:textId="77777777" w:rsidR="008D0106" w:rsidRDefault="00000000">
      <w:r>
        <w:t>{{ project.description }}</w:t>
      </w:r>
    </w:p>
    <w:p w14:paraId="780B5ADA" w14:textId="77777777" w:rsidR="008D0106" w:rsidRDefault="00000000">
      <w:pPr>
        <w:pStyle w:val="Heading1"/>
      </w:pPr>
      <w:r>
        <w:t>1. Stakeholders</w:t>
      </w:r>
    </w:p>
    <w:p w14:paraId="3B616CE6" w14:textId="0BC937D8" w:rsidR="008D0106" w:rsidRDefault="00000000">
      <w:r>
        <w:t xml:space="preserve">{% for </w:t>
      </w:r>
      <w:proofErr w:type="spellStart"/>
      <w:r>
        <w:t>s in</w:t>
      </w:r>
      <w:proofErr w:type="spellEnd"/>
      <w:r>
        <w:t xml:space="preserve"> stakeholders %}</w:t>
      </w:r>
      <w:r w:rsidR="00A5744B">
        <w:t xml:space="preserve"> </w:t>
      </w:r>
      <w:r>
        <w:rPr>
          <w:b/>
        </w:rPr>
        <w:t xml:space="preserve">{{ </w:t>
      </w:r>
      <w:proofErr w:type="spellStart"/>
      <w:r>
        <w:rPr>
          <w:b/>
        </w:rPr>
        <w:t>s.title</w:t>
      </w:r>
      <w:proofErr w:type="spellEnd"/>
      <w:r>
        <w:rPr>
          <w:b/>
        </w:rPr>
        <w:t xml:space="preserve"> }}</w:t>
      </w:r>
      <w:r>
        <w:t xml:space="preserve"> ({{ </w:t>
      </w:r>
      <w:proofErr w:type="spellStart"/>
      <w:r>
        <w:t>s.type</w:t>
      </w:r>
      <w:proofErr w:type="spellEnd"/>
      <w:r>
        <w:t xml:space="preserve"> }}</w:t>
      </w:r>
      <w:r w:rsidR="00F502F7">
        <w:t xml:space="preserve">{% if </w:t>
      </w:r>
      <w:proofErr w:type="spellStart"/>
      <w:r w:rsidR="00F502F7">
        <w:t>s.sub_type</w:t>
      </w:r>
      <w:proofErr w:type="spellEnd"/>
      <w:r w:rsidR="00F502F7">
        <w:t xml:space="preserve"> %} / {{ s.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>}}{% endif %}</w:t>
      </w:r>
      <w:r>
        <w:t xml:space="preserve">){% if </w:t>
      </w:r>
      <w:proofErr w:type="spellStart"/>
      <w:r>
        <w:t>s.description</w:t>
      </w:r>
      <w:proofErr w:type="spellEnd"/>
      <w:r>
        <w:t xml:space="preserve"> %}</w:t>
      </w:r>
      <w:r w:rsidR="00F502F7">
        <w:t>:</w:t>
      </w:r>
      <w:r>
        <w:t xml:space="preserve"> {{ </w:t>
      </w:r>
      <w:proofErr w:type="spellStart"/>
      <w:r>
        <w:t>s.description</w:t>
      </w:r>
      <w:proofErr w:type="spellEnd"/>
      <w:r>
        <w:t xml:space="preserve"> }}{% endif %}</w:t>
      </w:r>
      <w:r w:rsidR="00A5744B">
        <w:t xml:space="preserve"> </w:t>
      </w:r>
      <w:r>
        <w:t xml:space="preserve">{% </w:t>
      </w:r>
      <w:proofErr w:type="spellStart"/>
      <w:r>
        <w:t>endfor</w:t>
      </w:r>
      <w:proofErr w:type="spellEnd"/>
      <w:r>
        <w:t xml:space="preserve"> %}{% if not stakeholders %}None defined.{% endif %}</w:t>
      </w:r>
    </w:p>
    <w:p w14:paraId="239B7CC3" w14:textId="77777777" w:rsidR="008D0106" w:rsidRDefault="00000000">
      <w:pPr>
        <w:pStyle w:val="Heading1"/>
      </w:pPr>
      <w:r>
        <w:t>2. Actors</w:t>
      </w:r>
    </w:p>
    <w:p w14:paraId="1F0E0A13" w14:textId="77777777" w:rsidR="008D0106" w:rsidRDefault="00000000">
      <w:r>
        <w:t>{% for a in actors %}</w:t>
      </w:r>
    </w:p>
    <w:p w14:paraId="78A54E72" w14:textId="3C0E52B8" w:rsidR="008D0106" w:rsidRDefault="00000000" w:rsidP="00F502F7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 xml:space="preserve">{{ </w:t>
      </w:r>
      <w:proofErr w:type="spellStart"/>
      <w:r>
        <w:rPr>
          <w:b/>
        </w:rPr>
        <w:t>a.title</w:t>
      </w:r>
      <w:proofErr w:type="spellEnd"/>
      <w:r>
        <w:rPr>
          <w:b/>
        </w:rPr>
        <w:t xml:space="preserve"> }}</w:t>
      </w:r>
      <w:r w:rsidR="00F502F7">
        <w:rPr>
          <w:b/>
        </w:rPr>
        <w:t xml:space="preserve"> </w:t>
      </w:r>
      <w:r w:rsidR="00F502F7">
        <w:t xml:space="preserve">({{ </w:t>
      </w:r>
      <w:proofErr w:type="spellStart"/>
      <w:r w:rsidR="00F502F7">
        <w:t>a.type</w:t>
      </w:r>
      <w:proofErr w:type="spellEnd"/>
      <w:r w:rsidR="00F502F7">
        <w:t xml:space="preserve"> }}{% if </w:t>
      </w:r>
      <w:proofErr w:type="spellStart"/>
      <w:r w:rsidR="00F502F7">
        <w:t>a.sub_type</w:t>
      </w:r>
      <w:proofErr w:type="spellEnd"/>
      <w:r w:rsidR="00F502F7">
        <w:t xml:space="preserve"> %} / {{a.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 xml:space="preserve">}} {% endif %}) </w:t>
      </w:r>
      <w:r>
        <w:t xml:space="preserve">{% if </w:t>
      </w:r>
      <w:proofErr w:type="spellStart"/>
      <w:r>
        <w:t>a.stakeholder</w:t>
      </w:r>
      <w:proofErr w:type="spellEnd"/>
      <w:r>
        <w:t xml:space="preserve"> %}</w:t>
      </w:r>
      <w:r w:rsidR="00F502F7">
        <w:t xml:space="preserve"> S</w:t>
      </w:r>
      <w:r>
        <w:t xml:space="preserve">takeholder: {{ </w:t>
      </w:r>
      <w:proofErr w:type="spellStart"/>
      <w:r>
        <w:t>a.stakeholder.title</w:t>
      </w:r>
      <w:proofErr w:type="spellEnd"/>
      <w:r>
        <w:t xml:space="preserve"> }}{% endif %}</w:t>
      </w:r>
      <w:r w:rsidR="00F502F7">
        <w:t xml:space="preserve"> {% if </w:t>
      </w:r>
      <w:proofErr w:type="spellStart"/>
      <w:r w:rsidR="00F502F7">
        <w:t>s.description</w:t>
      </w:r>
      <w:proofErr w:type="spellEnd"/>
      <w:r w:rsidR="00F502F7">
        <w:t xml:space="preserve"> %}: {{ </w:t>
      </w:r>
      <w:proofErr w:type="spellStart"/>
      <w:r w:rsidR="00F502F7">
        <w:t>s.description</w:t>
      </w:r>
      <w:proofErr w:type="spellEnd"/>
      <w:r w:rsidR="00F502F7">
        <w:t xml:space="preserve"> }}{% endif %}</w:t>
      </w:r>
    </w:p>
    <w:p w14:paraId="78BF598E" w14:textId="1ACD299D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</w:t>
      </w:r>
      <w:r w:rsidR="00F502F7">
        <w:t>{% if not actors %}None defined.{% endif %}</w:t>
      </w:r>
    </w:p>
    <w:p w14:paraId="5FDB9D63" w14:textId="77777777" w:rsidR="008D0106" w:rsidRDefault="00000000">
      <w:pPr>
        <w:pStyle w:val="Heading1"/>
      </w:pPr>
      <w:r>
        <w:t>3. Goals</w:t>
      </w:r>
    </w:p>
    <w:p w14:paraId="0731C219" w14:textId="4794BC6C" w:rsidR="008D0106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goals %}</w:t>
      </w:r>
    </w:p>
    <w:p w14:paraId="1AEFF879" w14:textId="0CA75EB3" w:rsidR="008D0106" w:rsidRDefault="00000000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</w:t>
      </w:r>
      <w:r w:rsidR="00F502F7">
        <w:rPr>
          <w:b/>
        </w:rPr>
        <w:t>i</w:t>
      </w:r>
      <w:r>
        <w:rPr>
          <w:b/>
        </w:rPr>
        <w:t xml:space="preserve">.id }} - {{ </w:t>
      </w:r>
      <w:proofErr w:type="spellStart"/>
      <w:r w:rsidR="00F502F7">
        <w:rPr>
          <w:b/>
        </w:rPr>
        <w:t>i.</w:t>
      </w:r>
      <w:r>
        <w:rPr>
          <w:b/>
        </w:rPr>
        <w:t>title</w:t>
      </w:r>
      <w:proofErr w:type="spellEnd"/>
      <w:r>
        <w:rPr>
          <w:b/>
        </w:rPr>
        <w:t xml:space="preserve"> }}</w:t>
      </w:r>
      <w:r w:rsidR="00F502F7">
        <w:rPr>
          <w:b/>
        </w:rPr>
        <w:t xml:space="preserve"> </w:t>
      </w:r>
      <w:r w:rsidR="00F502F7">
        <w:t xml:space="preserve">({{ </w:t>
      </w:r>
      <w:proofErr w:type="spellStart"/>
      <w:r w:rsidR="00F502F7">
        <w:t>i.type</w:t>
      </w:r>
      <w:proofErr w:type="spellEnd"/>
      <w:r w:rsidR="00F502F7">
        <w:t xml:space="preserve"> }}{% if </w:t>
      </w:r>
      <w:proofErr w:type="spellStart"/>
      <w:r w:rsidR="00F502F7">
        <w:t>i.sub_type</w:t>
      </w:r>
      <w:proofErr w:type="spellEnd"/>
      <w:r w:rsidR="00F502F7">
        <w:t xml:space="preserve"> %} / {{</w:t>
      </w:r>
      <w:proofErr w:type="spellStart"/>
      <w:r w:rsidR="00F502F7">
        <w:t>i</w:t>
      </w:r>
      <w:proofErr w:type="spellEnd"/>
      <w:r w:rsidR="00F502F7">
        <w:t>.</w:t>
      </w:r>
      <w:r w:rsidR="00F502F7" w:rsidRPr="00F502F7">
        <w:t xml:space="preserve"> </w:t>
      </w:r>
      <w:proofErr w:type="spellStart"/>
      <w:r w:rsidR="00F502F7">
        <w:t>sub_type</w:t>
      </w:r>
      <w:proofErr w:type="spellEnd"/>
      <w:r w:rsidR="00F502F7">
        <w:t xml:space="preserve">}} {% endif %}) </w:t>
      </w:r>
      <w:r>
        <w:t xml:space="preserve">{% if </w:t>
      </w:r>
      <w:proofErr w:type="spellStart"/>
      <w:r w:rsidR="00F502F7">
        <w:t>i.</w:t>
      </w:r>
      <w:r>
        <w:t>priority</w:t>
      </w:r>
      <w:proofErr w:type="spellEnd"/>
      <w:r>
        <w:t xml:space="preserve"> %} [{{ </w:t>
      </w:r>
      <w:proofErr w:type="spellStart"/>
      <w:r w:rsidR="00F502F7">
        <w:t>i.</w:t>
      </w:r>
      <w:r>
        <w:t>priority</w:t>
      </w:r>
      <w:proofErr w:type="spellEnd"/>
      <w:r>
        <w:t xml:space="preserve"> }}]{% endif %}</w:t>
      </w:r>
      <w:r w:rsidR="00F502F7">
        <w:t xml:space="preserve"> {% if </w:t>
      </w:r>
      <w:proofErr w:type="spellStart"/>
      <w:r w:rsidR="00F502F7">
        <w:t>i.description</w:t>
      </w:r>
      <w:proofErr w:type="spellEnd"/>
      <w:r w:rsidR="00F502F7">
        <w:t xml:space="preserve"> %}: {{ </w:t>
      </w:r>
      <w:proofErr w:type="spellStart"/>
      <w:r w:rsidR="00F502F7">
        <w:t>i.description</w:t>
      </w:r>
      <w:proofErr w:type="spellEnd"/>
      <w:r w:rsidR="00F502F7">
        <w:t xml:space="preserve"> }}{% endif %}</w:t>
      </w:r>
    </w:p>
    <w:p w14:paraId="031C0710" w14:textId="5925AD1F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</w:t>
      </w:r>
      <w:r w:rsidR="00F502F7">
        <w:t>{% if not goals %}None defined.{% endif %}</w:t>
      </w:r>
    </w:p>
    <w:p w14:paraId="6547A0C4" w14:textId="77777777" w:rsidR="008D0106" w:rsidRDefault="00000000">
      <w:pPr>
        <w:pStyle w:val="Heading1"/>
      </w:pPr>
      <w:r>
        <w:t>4. Functional Requirements</w:t>
      </w:r>
    </w:p>
    <w:p w14:paraId="07EF62A4" w14:textId="75C6CFE8" w:rsidR="008D0106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</w:t>
      </w:r>
      <w:proofErr w:type="spellStart"/>
      <w:r>
        <w:t>functional_requirements</w:t>
      </w:r>
      <w:proofErr w:type="spellEnd"/>
      <w:r>
        <w:t xml:space="preserve"> %}</w:t>
      </w:r>
    </w:p>
    <w:p w14:paraId="30F0E72D" w14:textId="77777777" w:rsidR="00F502F7" w:rsidRDefault="00F502F7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i.id }} - {{ </w:t>
      </w:r>
      <w:proofErr w:type="spellStart"/>
      <w:r>
        <w:rPr>
          <w:b/>
        </w:rPr>
        <w:t>i.title</w:t>
      </w:r>
      <w:proofErr w:type="spellEnd"/>
      <w:r>
        <w:rPr>
          <w:b/>
        </w:rPr>
        <w:t xml:space="preserve"> }} </w:t>
      </w:r>
      <w:r>
        <w:t xml:space="preserve">({{ </w:t>
      </w:r>
      <w:proofErr w:type="spellStart"/>
      <w:r>
        <w:t>i.type</w:t>
      </w:r>
      <w:proofErr w:type="spellEnd"/>
      <w:r>
        <w:t xml:space="preserve"> }}{% if </w:t>
      </w:r>
      <w:proofErr w:type="spellStart"/>
      <w:r>
        <w:t>i.sub_type</w:t>
      </w:r>
      <w:proofErr w:type="spellEnd"/>
      <w:r>
        <w:t xml:space="preserve"> %} / {{</w:t>
      </w:r>
      <w:proofErr w:type="spellStart"/>
      <w:r>
        <w:t>i</w:t>
      </w:r>
      <w:proofErr w:type="spellEnd"/>
      <w:r>
        <w:t>.</w:t>
      </w:r>
      <w:r w:rsidRPr="00F502F7">
        <w:t xml:space="preserve"> </w:t>
      </w:r>
      <w:proofErr w:type="spellStart"/>
      <w:r>
        <w:t>sub_type</w:t>
      </w:r>
      <w:proofErr w:type="spellEnd"/>
      <w:r>
        <w:t xml:space="preserve">}} {% endif %}) {% if </w:t>
      </w:r>
      <w:proofErr w:type="spellStart"/>
      <w:r>
        <w:t>i.priority</w:t>
      </w:r>
      <w:proofErr w:type="spellEnd"/>
      <w:r>
        <w:t xml:space="preserve"> %} [{{ </w:t>
      </w:r>
      <w:proofErr w:type="spellStart"/>
      <w:r>
        <w:t>i.priority</w:t>
      </w:r>
      <w:proofErr w:type="spellEnd"/>
      <w:r>
        <w:t xml:space="preserve"> }}]{% endif %} {% if </w:t>
      </w:r>
      <w:proofErr w:type="spellStart"/>
      <w:r>
        <w:t>i.description</w:t>
      </w:r>
      <w:proofErr w:type="spellEnd"/>
      <w:r>
        <w:t xml:space="preserve"> %}: {{ </w:t>
      </w:r>
      <w:proofErr w:type="spellStart"/>
      <w:r>
        <w:t>i.description</w:t>
      </w:r>
      <w:proofErr w:type="spellEnd"/>
      <w:r>
        <w:t xml:space="preserve"> }}{% endif %}</w:t>
      </w:r>
    </w:p>
    <w:p w14:paraId="4814A734" w14:textId="77777777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%}{% if not functional_requirements %}None defined.{% endif %}</w:t>
      </w:r>
    </w:p>
    <w:p w14:paraId="5B5F4B28" w14:textId="77777777" w:rsidR="008D0106" w:rsidRDefault="00000000">
      <w:pPr>
        <w:pStyle w:val="Heading1"/>
      </w:pPr>
      <w:r>
        <w:lastRenderedPageBreak/>
        <w:t>5. Quality Requirements</w:t>
      </w:r>
    </w:p>
    <w:p w14:paraId="41335941" w14:textId="03AF9CA0" w:rsidR="00F502F7" w:rsidRDefault="00000000">
      <w:r>
        <w:t xml:space="preserve">{% for </w:t>
      </w:r>
      <w:proofErr w:type="spellStart"/>
      <w:r w:rsidR="00F502F7">
        <w:t>i</w:t>
      </w:r>
      <w:proofErr w:type="spellEnd"/>
      <w:r>
        <w:t xml:space="preserve"> in </w:t>
      </w:r>
      <w:proofErr w:type="spellStart"/>
      <w:r>
        <w:t>quality_requirements</w:t>
      </w:r>
      <w:proofErr w:type="spellEnd"/>
      <w:r>
        <w:t xml:space="preserve"> %}</w:t>
      </w:r>
    </w:p>
    <w:p w14:paraId="69F3E7E1" w14:textId="168AF029" w:rsidR="00F502F7" w:rsidRDefault="00F502F7" w:rsidP="00F502F7">
      <w:pPr>
        <w:pStyle w:val="ListNumber"/>
        <w:numPr>
          <w:ilvl w:val="0"/>
          <w:numId w:val="0"/>
        </w:numPr>
      </w:pPr>
      <w:r>
        <w:rPr>
          <w:b/>
        </w:rPr>
        <w:t xml:space="preserve">{{ </w:t>
      </w:r>
      <w:proofErr w:type="spellStart"/>
      <w:r>
        <w:rPr>
          <w:b/>
        </w:rPr>
        <w:t>i.title</w:t>
      </w:r>
      <w:proofErr w:type="spellEnd"/>
      <w:r>
        <w:rPr>
          <w:b/>
        </w:rPr>
        <w:t xml:space="preserve"> }} </w:t>
      </w:r>
      <w:r w:rsidR="00A5744B" w:rsidRPr="00A5744B">
        <w:rPr>
          <w:bCs/>
        </w:rPr>
        <w:t xml:space="preserve">({{ i.id }}) </w:t>
      </w:r>
      <w:r>
        <w:t xml:space="preserve">({{ </w:t>
      </w:r>
      <w:proofErr w:type="spellStart"/>
      <w:r>
        <w:t>i.type</w:t>
      </w:r>
      <w:proofErr w:type="spellEnd"/>
      <w:r>
        <w:t xml:space="preserve"> }}{% if </w:t>
      </w:r>
      <w:proofErr w:type="spellStart"/>
      <w:r>
        <w:t>i.sub_type</w:t>
      </w:r>
      <w:proofErr w:type="spellEnd"/>
      <w:r>
        <w:t xml:space="preserve"> %} / {{</w:t>
      </w:r>
      <w:proofErr w:type="spellStart"/>
      <w:r>
        <w:t>i</w:t>
      </w:r>
      <w:proofErr w:type="spellEnd"/>
      <w:r>
        <w:t>.</w:t>
      </w:r>
      <w:r w:rsidRPr="00F502F7">
        <w:t xml:space="preserve"> </w:t>
      </w:r>
      <w:proofErr w:type="spellStart"/>
      <w:r>
        <w:t>sub_type</w:t>
      </w:r>
      <w:proofErr w:type="spellEnd"/>
      <w:r>
        <w:t xml:space="preserve">}} {% endif %}) {% if </w:t>
      </w:r>
      <w:proofErr w:type="spellStart"/>
      <w:r>
        <w:t>i.priority</w:t>
      </w:r>
      <w:proofErr w:type="spellEnd"/>
      <w:r>
        <w:t xml:space="preserve"> %} [{{ </w:t>
      </w:r>
      <w:proofErr w:type="spellStart"/>
      <w:r>
        <w:t>i.priority</w:t>
      </w:r>
      <w:proofErr w:type="spellEnd"/>
      <w:r>
        <w:t xml:space="preserve"> }}]{% endif %} {% if </w:t>
      </w:r>
      <w:proofErr w:type="spellStart"/>
      <w:r>
        <w:t>i.description</w:t>
      </w:r>
      <w:proofErr w:type="spellEnd"/>
      <w:r>
        <w:t xml:space="preserve"> %}: {{ </w:t>
      </w:r>
      <w:proofErr w:type="spellStart"/>
      <w:r>
        <w:t>i.description</w:t>
      </w:r>
      <w:proofErr w:type="spellEnd"/>
      <w:r>
        <w:t xml:space="preserve"> }}{% endif %}</w:t>
      </w:r>
    </w:p>
    <w:p w14:paraId="4745C5E2" w14:textId="30DD9F41" w:rsidR="008D0106" w:rsidRDefault="00000000">
      <w:r>
        <w:t xml:space="preserve">{% </w:t>
      </w:r>
      <w:proofErr w:type="spellStart"/>
      <w:r>
        <w:t>endfor</w:t>
      </w:r>
      <w:proofErr w:type="spellEnd"/>
      <w:r>
        <w:t xml:space="preserve"> %}{% if not quality_requirements %}None defined.{% endif %}</w:t>
      </w:r>
    </w:p>
    <w:p w14:paraId="77CA9422" w14:textId="77777777" w:rsidR="00F502F7" w:rsidRDefault="00F502F7"/>
    <w:p w14:paraId="6675A865" w14:textId="2B1835F9" w:rsidR="00F502F7" w:rsidRDefault="00F502F7" w:rsidP="00F502F7">
      <w:pPr>
        <w:pStyle w:val="Heading1"/>
      </w:pPr>
      <w:r>
        <w:t>6. Constraints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6"/>
        <w:gridCol w:w="2212"/>
        <w:gridCol w:w="837"/>
        <w:gridCol w:w="1389"/>
        <w:gridCol w:w="1015"/>
        <w:gridCol w:w="2737"/>
      </w:tblGrid>
      <w:tr w:rsidR="00570120" w:rsidRPr="0071054F" w14:paraId="6E0C5E82" w14:textId="77777777" w:rsidTr="00AA176D">
        <w:tc>
          <w:tcPr>
            <w:tcW w:w="675" w:type="dxa"/>
          </w:tcPr>
          <w:p w14:paraId="29529992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ID</w:t>
            </w:r>
          </w:p>
        </w:tc>
        <w:tc>
          <w:tcPr>
            <w:tcW w:w="2277" w:type="dxa"/>
          </w:tcPr>
          <w:p w14:paraId="60DA5160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Title</w:t>
            </w:r>
          </w:p>
        </w:tc>
        <w:tc>
          <w:tcPr>
            <w:tcW w:w="842" w:type="dxa"/>
          </w:tcPr>
          <w:p w14:paraId="3270B9D3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Type</w:t>
            </w:r>
          </w:p>
        </w:tc>
        <w:tc>
          <w:tcPr>
            <w:tcW w:w="1417" w:type="dxa"/>
          </w:tcPr>
          <w:p w14:paraId="2995A759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Sub-Type</w:t>
            </w:r>
          </w:p>
        </w:tc>
        <w:tc>
          <w:tcPr>
            <w:tcW w:w="851" w:type="dxa"/>
          </w:tcPr>
          <w:p w14:paraId="6D41D70C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Priority</w:t>
            </w:r>
          </w:p>
        </w:tc>
        <w:tc>
          <w:tcPr>
            <w:tcW w:w="2794" w:type="dxa"/>
          </w:tcPr>
          <w:p w14:paraId="11E3DFC6" w14:textId="77777777" w:rsidR="00570120" w:rsidRPr="0071054F" w:rsidRDefault="00570120" w:rsidP="00AA176D">
            <w:pPr>
              <w:rPr>
                <w:b/>
                <w:bCs/>
              </w:rPr>
            </w:pPr>
            <w:r w:rsidRPr="0071054F">
              <w:rPr>
                <w:b/>
                <w:bCs/>
              </w:rPr>
              <w:t>Description</w:t>
            </w:r>
          </w:p>
        </w:tc>
      </w:tr>
    </w:tbl>
    <w:p w14:paraId="4ACA1683" w14:textId="004D1B1C" w:rsidR="00F502F7" w:rsidRDefault="00F502F7" w:rsidP="00F502F7">
      <w:r>
        <w:t xml:space="preserve">{% for </w:t>
      </w:r>
      <w:proofErr w:type="spellStart"/>
      <w:r>
        <w:t>i</w:t>
      </w:r>
      <w:proofErr w:type="spellEnd"/>
      <w:r>
        <w:t xml:space="preserve"> in constraints %}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6"/>
        <w:gridCol w:w="2204"/>
        <w:gridCol w:w="837"/>
        <w:gridCol w:w="1404"/>
        <w:gridCol w:w="1015"/>
        <w:gridCol w:w="2730"/>
      </w:tblGrid>
      <w:tr w:rsidR="00ED475B" w:rsidRPr="0071054F" w14:paraId="499AFBD9" w14:textId="77777777" w:rsidTr="00570120">
        <w:tc>
          <w:tcPr>
            <w:tcW w:w="666" w:type="dxa"/>
          </w:tcPr>
          <w:p w14:paraId="2235FC72" w14:textId="24142BA0" w:rsidR="00ED475B" w:rsidRPr="0071054F" w:rsidRDefault="00ED475B" w:rsidP="00387DD3">
            <w:pPr>
              <w:rPr>
                <w:bCs/>
                <w:sz w:val="20"/>
                <w:szCs w:val="20"/>
              </w:rPr>
            </w:pPr>
            <w:r w:rsidRPr="0071054F">
              <w:rPr>
                <w:bCs/>
                <w:sz w:val="20"/>
                <w:szCs w:val="20"/>
              </w:rPr>
              <w:t>{{ i.id }}</w:t>
            </w:r>
          </w:p>
        </w:tc>
        <w:tc>
          <w:tcPr>
            <w:tcW w:w="2204" w:type="dxa"/>
          </w:tcPr>
          <w:p w14:paraId="0C225B7D" w14:textId="2E822D16" w:rsidR="00ED475B" w:rsidRPr="0071054F" w:rsidRDefault="00ED475B" w:rsidP="00387DD3">
            <w:pPr>
              <w:rPr>
                <w:bCs/>
                <w:sz w:val="20"/>
                <w:szCs w:val="20"/>
              </w:rPr>
            </w:pPr>
            <w:r w:rsidRPr="0071054F">
              <w:rPr>
                <w:bCs/>
                <w:sz w:val="20"/>
                <w:szCs w:val="20"/>
              </w:rPr>
              <w:t xml:space="preserve">{{ </w:t>
            </w:r>
            <w:proofErr w:type="spellStart"/>
            <w:r w:rsidRPr="0071054F">
              <w:rPr>
                <w:bCs/>
                <w:sz w:val="20"/>
                <w:szCs w:val="20"/>
              </w:rPr>
              <w:t>i.title</w:t>
            </w:r>
            <w:proofErr w:type="spellEnd"/>
            <w:r w:rsidRPr="0071054F">
              <w:rPr>
                <w:bCs/>
                <w:sz w:val="20"/>
                <w:szCs w:val="20"/>
              </w:rPr>
              <w:t xml:space="preserve"> }}</w:t>
            </w:r>
          </w:p>
        </w:tc>
        <w:tc>
          <w:tcPr>
            <w:tcW w:w="837" w:type="dxa"/>
          </w:tcPr>
          <w:p w14:paraId="1D1C751F" w14:textId="63DFE9ED" w:rsidR="00ED475B" w:rsidRPr="0071054F" w:rsidRDefault="00ED475B" w:rsidP="00387DD3">
            <w:pPr>
              <w:rPr>
                <w:sz w:val="20"/>
                <w:szCs w:val="20"/>
              </w:rPr>
            </w:pPr>
            <w:r w:rsidRPr="0071054F">
              <w:rPr>
                <w:sz w:val="20"/>
                <w:szCs w:val="20"/>
              </w:rPr>
              <w:t xml:space="preserve">{{ </w:t>
            </w:r>
            <w:proofErr w:type="spellStart"/>
            <w:r w:rsidRPr="0071054F">
              <w:rPr>
                <w:sz w:val="20"/>
                <w:szCs w:val="20"/>
              </w:rPr>
              <w:t>i.type</w:t>
            </w:r>
            <w:proofErr w:type="spellEnd"/>
            <w:r w:rsidRPr="0071054F">
              <w:rPr>
                <w:sz w:val="20"/>
                <w:szCs w:val="20"/>
              </w:rPr>
              <w:t xml:space="preserve"> }}</w:t>
            </w:r>
          </w:p>
        </w:tc>
        <w:tc>
          <w:tcPr>
            <w:tcW w:w="1404" w:type="dxa"/>
          </w:tcPr>
          <w:p w14:paraId="67C5EE44" w14:textId="2E5D0267" w:rsidR="00ED475B" w:rsidRPr="0071054F" w:rsidRDefault="00ED475B" w:rsidP="00387DD3">
            <w:pPr>
              <w:rPr>
                <w:sz w:val="20"/>
                <w:szCs w:val="20"/>
              </w:rPr>
            </w:pPr>
            <w:r w:rsidRPr="0071054F">
              <w:rPr>
                <w:sz w:val="20"/>
                <w:szCs w:val="20"/>
              </w:rPr>
              <w:t xml:space="preserve">{% if </w:t>
            </w:r>
            <w:proofErr w:type="spellStart"/>
            <w:r w:rsidRPr="0071054F">
              <w:rPr>
                <w:sz w:val="20"/>
                <w:szCs w:val="20"/>
              </w:rPr>
              <w:t>i.sub_type</w:t>
            </w:r>
            <w:proofErr w:type="spellEnd"/>
            <w:r w:rsidRPr="0071054F">
              <w:rPr>
                <w:sz w:val="20"/>
                <w:szCs w:val="20"/>
              </w:rPr>
              <w:t xml:space="preserve"> %} {{</w:t>
            </w:r>
            <w:proofErr w:type="spellStart"/>
            <w:r w:rsidRPr="0071054F">
              <w:rPr>
                <w:sz w:val="20"/>
                <w:szCs w:val="20"/>
              </w:rPr>
              <w:t>i</w:t>
            </w:r>
            <w:proofErr w:type="spellEnd"/>
            <w:r w:rsidRPr="0071054F">
              <w:rPr>
                <w:sz w:val="20"/>
                <w:szCs w:val="20"/>
              </w:rPr>
              <w:t xml:space="preserve">. </w:t>
            </w:r>
            <w:proofErr w:type="spellStart"/>
            <w:r w:rsidRPr="0071054F">
              <w:rPr>
                <w:sz w:val="20"/>
                <w:szCs w:val="20"/>
              </w:rPr>
              <w:t>sub_type</w:t>
            </w:r>
            <w:proofErr w:type="spellEnd"/>
            <w:r w:rsidRPr="0071054F">
              <w:rPr>
                <w:sz w:val="20"/>
                <w:szCs w:val="20"/>
              </w:rPr>
              <w:t>}} {% endif %}</w:t>
            </w:r>
          </w:p>
        </w:tc>
        <w:tc>
          <w:tcPr>
            <w:tcW w:w="1015" w:type="dxa"/>
          </w:tcPr>
          <w:p w14:paraId="2F5295E6" w14:textId="7989DCE7" w:rsidR="00ED475B" w:rsidRPr="0071054F" w:rsidRDefault="00ED475B" w:rsidP="00387DD3">
            <w:pPr>
              <w:rPr>
                <w:sz w:val="20"/>
                <w:szCs w:val="20"/>
              </w:rPr>
            </w:pPr>
            <w:r w:rsidRPr="0071054F">
              <w:rPr>
                <w:sz w:val="20"/>
                <w:szCs w:val="20"/>
              </w:rPr>
              <w:t xml:space="preserve">{% if </w:t>
            </w:r>
            <w:proofErr w:type="spellStart"/>
            <w:r w:rsidRPr="0071054F">
              <w:rPr>
                <w:sz w:val="20"/>
                <w:szCs w:val="20"/>
              </w:rPr>
              <w:t>i.priority</w:t>
            </w:r>
            <w:proofErr w:type="spellEnd"/>
            <w:r w:rsidRPr="0071054F">
              <w:rPr>
                <w:sz w:val="20"/>
                <w:szCs w:val="20"/>
              </w:rPr>
              <w:t xml:space="preserve"> %}{{ </w:t>
            </w:r>
            <w:proofErr w:type="spellStart"/>
            <w:r w:rsidRPr="0071054F">
              <w:rPr>
                <w:sz w:val="20"/>
                <w:szCs w:val="20"/>
              </w:rPr>
              <w:t>i.priority</w:t>
            </w:r>
            <w:proofErr w:type="spellEnd"/>
            <w:r w:rsidRPr="0071054F">
              <w:rPr>
                <w:sz w:val="20"/>
                <w:szCs w:val="20"/>
              </w:rPr>
              <w:t xml:space="preserve"> }}{% endif %}</w:t>
            </w:r>
          </w:p>
        </w:tc>
        <w:tc>
          <w:tcPr>
            <w:tcW w:w="2730" w:type="dxa"/>
          </w:tcPr>
          <w:p w14:paraId="0E4D6150" w14:textId="61E3C264" w:rsidR="00ED475B" w:rsidRPr="0071054F" w:rsidRDefault="00ED475B" w:rsidP="00387DD3">
            <w:pPr>
              <w:rPr>
                <w:sz w:val="20"/>
                <w:szCs w:val="20"/>
              </w:rPr>
            </w:pPr>
            <w:r w:rsidRPr="0071054F">
              <w:rPr>
                <w:sz w:val="20"/>
                <w:szCs w:val="20"/>
              </w:rPr>
              <w:t xml:space="preserve">{% if </w:t>
            </w:r>
            <w:proofErr w:type="spellStart"/>
            <w:r w:rsidRPr="0071054F">
              <w:rPr>
                <w:sz w:val="20"/>
                <w:szCs w:val="20"/>
              </w:rPr>
              <w:t>i.description</w:t>
            </w:r>
            <w:proofErr w:type="spellEnd"/>
            <w:r w:rsidRPr="0071054F">
              <w:rPr>
                <w:sz w:val="20"/>
                <w:szCs w:val="20"/>
              </w:rPr>
              <w:t xml:space="preserve"> %}{{ </w:t>
            </w:r>
            <w:proofErr w:type="spellStart"/>
            <w:r w:rsidRPr="0071054F">
              <w:rPr>
                <w:sz w:val="20"/>
                <w:szCs w:val="20"/>
              </w:rPr>
              <w:t>i.description</w:t>
            </w:r>
            <w:proofErr w:type="spellEnd"/>
            <w:r w:rsidRPr="0071054F">
              <w:rPr>
                <w:sz w:val="20"/>
                <w:szCs w:val="20"/>
              </w:rPr>
              <w:t xml:space="preserve"> }}{% endif %}</w:t>
            </w:r>
          </w:p>
        </w:tc>
      </w:tr>
    </w:tbl>
    <w:p w14:paraId="1F45C96B" w14:textId="3641FC68" w:rsidR="00F502F7" w:rsidRDefault="00F502F7" w:rsidP="00F502F7">
      <w:r>
        <w:t xml:space="preserve">{% </w:t>
      </w:r>
      <w:proofErr w:type="spellStart"/>
      <w:r>
        <w:t>endfor</w:t>
      </w:r>
      <w:proofErr w:type="spellEnd"/>
      <w:r>
        <w:t xml:space="preserve"> %}{% if not constraints %}None defined.{% endif %}</w:t>
      </w:r>
    </w:p>
    <w:p w14:paraId="2A99B9B2" w14:textId="77777777" w:rsidR="00F502F7" w:rsidRDefault="00F502F7"/>
    <w:p w14:paraId="5AC551DB" w14:textId="77777777" w:rsidR="008D0106" w:rsidRDefault="00000000">
      <w:pPr>
        <w:pStyle w:val="Heading1"/>
      </w:pPr>
      <w:r>
        <w:t>6. Use Cases</w:t>
      </w:r>
    </w:p>
    <w:p w14:paraId="5EE227D5" w14:textId="77777777" w:rsidR="008D0106" w:rsidRDefault="00000000">
      <w:r>
        <w:t>{% for uc in use_cases %}</w:t>
      </w:r>
    </w:p>
    <w:p w14:paraId="251EF816" w14:textId="77777777" w:rsidR="008D0106" w:rsidRDefault="00000000">
      <w:r>
        <w:rPr>
          <w:b/>
        </w:rPr>
        <w:t>{{ uc.id }} - {{ uc.title }}</w:t>
      </w:r>
    </w:p>
    <w:p w14:paraId="30203870" w14:textId="77777777" w:rsidR="008D0106" w:rsidRDefault="00000000">
      <w:r>
        <w:t>Primary actor: {{ uc.primaryActor.title }}</w:t>
      </w:r>
    </w:p>
    <w:p w14:paraId="5F21EF5C" w14:textId="77777777" w:rsidR="008D0106" w:rsidRDefault="00000000">
      <w:r>
        <w:t>{% if uc.precondition %}Precondition: {{ uc.precondition }}{% endif %}</w:t>
      </w:r>
    </w:p>
    <w:p w14:paraId="33E891FC" w14:textId="77777777" w:rsidR="008D0106" w:rsidRDefault="00000000">
      <w:r>
        <w:t>{% if uc.postcondition %}Postcondition: {{ uc.postcondition }}{% endif %}</w:t>
      </w:r>
    </w:p>
    <w:p w14:paraId="7C354A28" w14:textId="77777777" w:rsidR="008D0106" w:rsidRDefault="00000000">
      <w:r>
        <w:t>{{ uc.description }}</w:t>
      </w:r>
    </w:p>
    <w:p w14:paraId="3BAB848F" w14:textId="39E666F4" w:rsidR="00B073A2" w:rsidRDefault="00B073A2" w:rsidP="00B073A2">
      <w:r>
        <w:t xml:space="preserve">{% </w:t>
      </w:r>
      <w:proofErr w:type="spellStart"/>
      <w:r>
        <w:t>endfor</w:t>
      </w:r>
      <w:proofErr w:type="spellEnd"/>
      <w:r>
        <w:t xml:space="preserve"> %}{% if not </w:t>
      </w:r>
      <w:proofErr w:type="spellStart"/>
      <w:r>
        <w:t>use_cases</w:t>
      </w:r>
      <w:proofErr w:type="spellEnd"/>
      <w:r>
        <w:t xml:space="preserve"> %}None defined.{% endif %}</w:t>
      </w:r>
    </w:p>
    <w:p w14:paraId="57A0CE02" w14:textId="77777777" w:rsidR="008D0106" w:rsidRDefault="00000000">
      <w:pPr>
        <w:pStyle w:val="Heading1"/>
      </w:pPr>
      <w:r>
        <w:t>7. Glossary</w:t>
      </w:r>
    </w:p>
    <w:p w14:paraId="4F0BF6CC" w14:textId="77777777" w:rsidR="008D0106" w:rsidRDefault="00000000">
      <w:r>
        <w:t>{% for t in glossary %}</w:t>
      </w:r>
    </w:p>
    <w:p w14:paraId="1907C24F" w14:textId="5587F9E9" w:rsidR="008D0106" w:rsidRDefault="00000000">
      <w:r>
        <w:rPr>
          <w:b/>
        </w:rPr>
        <w:t xml:space="preserve">{{ </w:t>
      </w:r>
      <w:proofErr w:type="spellStart"/>
      <w:r>
        <w:rPr>
          <w:b/>
        </w:rPr>
        <w:t>t.title</w:t>
      </w:r>
      <w:proofErr w:type="spellEnd"/>
      <w:r>
        <w:rPr>
          <w:b/>
        </w:rPr>
        <w:t xml:space="preserve"> }}</w:t>
      </w:r>
      <w:r w:rsidR="00B073A2">
        <w:rPr>
          <w:b/>
        </w:rPr>
        <w:t xml:space="preserve"> </w:t>
      </w:r>
      <w:r w:rsidR="00B073A2" w:rsidRPr="00B073A2">
        <w:rPr>
          <w:bCs/>
        </w:rPr>
        <w:t>({{</w:t>
      </w:r>
      <w:r w:rsidR="00B073A2">
        <w:rPr>
          <w:b/>
        </w:rPr>
        <w:t xml:space="preserve">t.id </w:t>
      </w:r>
      <w:r w:rsidR="00B073A2" w:rsidRPr="00B073A2">
        <w:rPr>
          <w:bCs/>
        </w:rPr>
        <w:t>}})</w:t>
      </w:r>
      <w:r w:rsidR="00B073A2">
        <w:rPr>
          <w:b/>
        </w:rPr>
        <w:t xml:space="preserve"> </w:t>
      </w:r>
      <w:r>
        <w:rPr>
          <w:b/>
        </w:rPr>
        <w:t xml:space="preserve">{% if </w:t>
      </w:r>
      <w:proofErr w:type="spellStart"/>
      <w:r>
        <w:rPr>
          <w:b/>
        </w:rPr>
        <w:t>t.acronym</w:t>
      </w:r>
      <w:proofErr w:type="spellEnd"/>
      <w:r>
        <w:rPr>
          <w:b/>
        </w:rPr>
        <w:t xml:space="preserve"> %} ({{ </w:t>
      </w:r>
      <w:proofErr w:type="spellStart"/>
      <w:r>
        <w:rPr>
          <w:b/>
        </w:rPr>
        <w:t>t.acronym</w:t>
      </w:r>
      <w:proofErr w:type="spellEnd"/>
      <w:r>
        <w:rPr>
          <w:b/>
        </w:rPr>
        <w:t xml:space="preserve"> }}){% endif %}: </w:t>
      </w:r>
      <w:r>
        <w:t>{{ t.description }}</w:t>
      </w:r>
    </w:p>
    <w:p w14:paraId="0386C337" w14:textId="6C3208D7" w:rsidR="00B073A2" w:rsidRDefault="00B073A2" w:rsidP="00B073A2">
      <w:r>
        <w:t xml:space="preserve">{% </w:t>
      </w:r>
      <w:proofErr w:type="spellStart"/>
      <w:r>
        <w:t>endfor</w:t>
      </w:r>
      <w:proofErr w:type="spellEnd"/>
      <w:r>
        <w:t xml:space="preserve"> %}{% if not glossary %}None defined.{% endif %}</w:t>
      </w:r>
    </w:p>
    <w:p w14:paraId="59B60E24" w14:textId="3E093D70" w:rsidR="008D0106" w:rsidRDefault="008D0106" w:rsidP="00B073A2"/>
    <w:sectPr w:rsidR="008D010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033799">
    <w:abstractNumId w:val="8"/>
  </w:num>
  <w:num w:numId="2" w16cid:durableId="855266094">
    <w:abstractNumId w:val="6"/>
  </w:num>
  <w:num w:numId="3" w16cid:durableId="676811791">
    <w:abstractNumId w:val="5"/>
  </w:num>
  <w:num w:numId="4" w16cid:durableId="479731145">
    <w:abstractNumId w:val="4"/>
  </w:num>
  <w:num w:numId="5" w16cid:durableId="496964772">
    <w:abstractNumId w:val="7"/>
  </w:num>
  <w:num w:numId="6" w16cid:durableId="143157333">
    <w:abstractNumId w:val="3"/>
  </w:num>
  <w:num w:numId="7" w16cid:durableId="705178016">
    <w:abstractNumId w:val="2"/>
  </w:num>
  <w:num w:numId="8" w16cid:durableId="1741830156">
    <w:abstractNumId w:val="1"/>
  </w:num>
  <w:num w:numId="9" w16cid:durableId="165290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0F16"/>
    <w:rsid w:val="00570120"/>
    <w:rsid w:val="0071054F"/>
    <w:rsid w:val="008D0106"/>
    <w:rsid w:val="00A5744B"/>
    <w:rsid w:val="00AA1D8D"/>
    <w:rsid w:val="00B073A2"/>
    <w:rsid w:val="00B47730"/>
    <w:rsid w:val="00CB0664"/>
    <w:rsid w:val="00D23CFA"/>
    <w:rsid w:val="00E310D1"/>
    <w:rsid w:val="00ED475B"/>
    <w:rsid w:val="00F502F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4BB696"/>
  <w14:defaultImageDpi w14:val="300"/>
  <w15:docId w15:val="{A27B7469-4724-4692-A912-7C092A4A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alberto silva</cp:lastModifiedBy>
  <cp:revision>4</cp:revision>
  <dcterms:created xsi:type="dcterms:W3CDTF">2026-06-22T09:12:00Z</dcterms:created>
  <dcterms:modified xsi:type="dcterms:W3CDTF">2026-06-22T09:16:00Z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ce521ef3-231d-49e3-bd0e-10be92c3c5fc</vt:lpwstr>
  </property>
</Properties>
</file>